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DCANote"/>
      </w:pPr>
      <w:r>
        <w:t>Replace every placeholder below with your own text. Do not change the page size, margins or fonts — the journal formats the final PDF automatically.</w:t>
      </w:r>
    </w:p>
    <w:p>
      <w:pPr>
        <w:pStyle w:val="PDCAArticleType"/>
      </w:pPr>
      <w:r>
        <w:t>Research Article</w:t>
      </w:r>
    </w:p>
    <w:p>
      <w:pPr>
        <w:pStyle w:val="PDCATitle"/>
      </w:pPr>
      <w:r>
        <w:t>Article title — concise and informative, at most 15 words</w:t>
      </w:r>
    </w:p>
    <w:p>
      <w:pPr>
        <w:pStyle w:val="PDCAAuthors"/>
      </w:pPr>
      <w:r>
        <w:t>Firstname Lastname 1, Firstname Lastname 1,2, Firstname Lastname 1,*</w:t>
      </w:r>
    </w:p>
    <w:p>
      <w:pPr>
        <w:pStyle w:val="PDCAAffiliation"/>
      </w:pPr>
      <w:r>
        <w:t>1  Institute, Department, City, Postcode, Country</w:t>
      </w:r>
    </w:p>
    <w:p>
      <w:pPr>
        <w:pStyle w:val="PDCAAffiliation"/>
      </w:pPr>
      <w:r>
        <w:t>2  Second institution, City, Postcode, Country</w:t>
      </w:r>
    </w:p>
    <w:p>
      <w:pPr>
        <w:pStyle w:val="PDCACorrespondence"/>
      </w:pPr>
      <w:r>
        <w:t>*  Correspondence: author@example.com   ORCID: 0000-0000-0000-0000</w:t>
      </w:r>
    </w:p>
    <w:p>
      <w:pPr>
        <w:pStyle w:val="PDCAAbstract"/>
      </w:pPr>
      <w:r>
        <w:rPr>
          <w:b/>
        </w:rPr>
        <w:t xml:space="preserve">Abstract: </w:t>
      </w:r>
      <w:r>
        <w:rPr>
          <w:b w:val="0"/>
        </w:rPr>
        <w:t>150–250 words. State the aim, the materials and methods, the main results and the conclusion. Do not use citations or undefined abbreviations. An English abstract is required; Russian and Uzbek abstracts are welcome and will also be printed.</w:t>
      </w:r>
    </w:p>
    <w:p>
      <w:pPr>
        <w:pStyle w:val="PDCAKeywords"/>
        <w:pBdr>
          <w:bottom w:val="single" w:sz="6" w:space="4" w:color="000000"/>
        </w:pBdr>
      </w:pPr>
      <w:r>
        <w:rPr>
          <w:b/>
        </w:rPr>
        <w:t xml:space="preserve">Key words: </w:t>
      </w:r>
      <w:r>
        <w:rPr>
          <w:b w:val="0"/>
        </w:rPr>
        <w:t>five to eight keywords; separated; by semicolons</w:t>
      </w:r>
    </w:p>
    <w:p>
      <w:pPr>
        <w:pStyle w:val="PDCANote"/>
      </w:pPr>
      <w:r>
        <w:t>▼ Everything below this line is set in TWO COLUMNS, exactly as it will be published.</w:t>
      </w:r>
    </w:p>
    <w:p>
      <w:pPr>
        <w:sectPr>
          <w:pgSz w:w="11906" w:h="16838"/>
          <w:pgMar w:top="907" w:right="720" w:bottom="1134" w:left="720" w:header="720" w:footer="720" w:gutter="0"/>
          <w:docGrid w:linePitch="360"/>
          <w:cols w:num="1" w:space="397" w:equalWidth="1"/>
        </w:sectPr>
      </w:pPr>
    </w:p>
    <w:p>
      <w:pPr>
        <w:pStyle w:val="PDCAHeading1"/>
      </w:pPr>
      <w:r>
        <w:t>1. Introduction</w:t>
      </w:r>
    </w:p>
    <w:p>
      <w:pPr>
        <w:pStyle w:val="PDCABody"/>
      </w:pPr>
      <w:r>
        <w:t>Relevance of the problem, a short review of the literature, and the aim of the study. Cite sources in Vancouver style [1].</w:t>
      </w:r>
    </w:p>
    <w:p>
      <w:pPr>
        <w:pStyle w:val="PDCAHeading1"/>
      </w:pPr>
      <w:r>
        <w:t>2. Materials and Methods</w:t>
      </w:r>
    </w:p>
    <w:p>
      <w:pPr>
        <w:pStyle w:val="PDCABody"/>
      </w:pPr>
      <w:r>
        <w:t>Objects, study site, period and methods, in enough detail to be reproducible. Give botanical names in full with the authority at first mention (for example, Tulipa greigii Regel — in italics).</w:t>
      </w:r>
    </w:p>
    <w:p>
      <w:pPr>
        <w:pStyle w:val="PDCAHeading1"/>
      </w:pPr>
      <w:r>
        <w:t>3. Results</w:t>
      </w:r>
    </w:p>
    <w:p>
      <w:pPr>
        <w:pStyle w:val="PDCABody"/>
      </w:pPr>
      <w:r>
        <w:t>Results only, with references to the tables and figures. Place each figure and table where you want it to appear; captions go below figures and above tables.</w:t>
      </w:r>
    </w:p>
    <w:p>
      <w:pPr>
        <w:pStyle w:val="PDCAHeading1"/>
      </w:pPr>
      <w:r>
        <w:t>4. Discussion</w:t>
      </w:r>
    </w:p>
    <w:p>
      <w:pPr>
        <w:pStyle w:val="PDCABody"/>
      </w:pPr>
      <w:r>
        <w:t>Compare the results with previous studies and state the limitations.</w:t>
      </w:r>
    </w:p>
    <w:p>
      <w:pPr>
        <w:pStyle w:val="PDCAHeading1"/>
      </w:pPr>
      <w:r>
        <w:t>5. Conclusions</w:t>
      </w:r>
    </w:p>
    <w:p>
      <w:pPr>
        <w:pStyle w:val="PDCABody"/>
      </w:pPr>
      <w:r>
        <w:t>Main conclusions and directions for further work.</w:t>
      </w:r>
    </w:p>
    <w:p>
      <w:pPr>
        <w:pStyle w:val="PDCAHeading1"/>
      </w:pPr>
      <w:r>
        <w:t>Acknowledgements</w:t>
      </w:r>
    </w:p>
    <w:p>
      <w:pPr>
        <w:pStyle w:val="PDCABody"/>
      </w:pPr>
      <w:r>
        <w:t>People and organisations that helped but are not authors.</w:t>
      </w:r>
    </w:p>
    <w:p>
      <w:pPr>
        <w:pStyle w:val="PDCAHeading1"/>
      </w:pPr>
      <w:r>
        <w:t>Funding</w:t>
      </w:r>
    </w:p>
    <w:p>
      <w:pPr>
        <w:pStyle w:val="PDCABody"/>
      </w:pPr>
      <w:r>
        <w:t>Funding source and grant number, or “This research received no external funding.”</w:t>
      </w:r>
    </w:p>
    <w:p>
      <w:pPr>
        <w:pStyle w:val="PDCAHeading1"/>
      </w:pPr>
      <w:r>
        <w:t>Author contributions</w:t>
      </w:r>
    </w:p>
    <w:p>
      <w:pPr>
        <w:pStyle w:val="PDCABody"/>
      </w:pPr>
      <w:r>
        <w:t>Contribution of each author, following the CRediT taxonomy.</w:t>
      </w:r>
    </w:p>
    <w:p>
      <w:pPr>
        <w:pStyle w:val="PDCAHeading1"/>
      </w:pPr>
      <w:r>
        <w:t>Conflict of interest</w:t>
      </w:r>
    </w:p>
    <w:p>
      <w:pPr>
        <w:pStyle w:val="PDCABody"/>
      </w:pPr>
      <w:r>
        <w:t>“The authors declare no conflict of interest.”</w:t>
      </w:r>
    </w:p>
    <w:p>
      <w:pPr>
        <w:pStyle w:val="PDCAHeading1"/>
      </w:pPr>
      <w:r>
        <w:t>References</w:t>
      </w:r>
    </w:p>
    <w:p>
      <w:pPr>
        <w:pStyle w:val="PDCAReference"/>
      </w:pPr>
      <w:r>
        <w:t>1. Surname A.B., Surname C.D. Article title. Journal Name. 2024;12(3):45–59. doi:10.0000/xxxx.</w:t>
      </w:r>
    </w:p>
    <w:p>
      <w:pPr>
        <w:pStyle w:val="PDCAReference"/>
      </w:pPr>
      <w:r>
        <w:t>2. Surname E.F. Book Title. City: Publisher; 2023. 210 p.</w:t>
      </w:r>
    </w:p>
    <w:p>
      <w:pPr>
        <w:pStyle w:val="PDCAReference"/>
      </w:pPr>
      <w:r>
        <w:t>3. Surname G.H. Chapter title. In: Editor I.J., editor. Book Title. City: Publisher; 2022. p. 15–38.</w:t>
      </w:r>
    </w:p>
    <w:sectPr w:rsidR="00FC693F" w:rsidRPr="0006063C" w:rsidSect="00034616">
      <w:type w:val="continuous"/>
      <w:pgSz w:w="11906" w:h="16838"/>
      <w:pgMar w:top="907" w:right="720" w:bottom="1134" w:left="720" w:header="720" w:footer="720" w:gutter="0"/>
      <w:docGrid w:linePitch="360"/>
      <w:cols w:num="2" w:space="397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CAArticleType">
    <w:name w:val="PDCA ArticleTyp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20"/>
    </w:rPr>
  </w:style>
  <w:style w:type="paragraph" w:customStyle="1" w:styleId="PDCATitle">
    <w:name w:val="PDCA Titl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36"/>
    </w:rPr>
  </w:style>
  <w:style w:type="paragraph" w:customStyle="1" w:styleId="PDCAAuthors">
    <w:name w:val="PDCA Authors"/>
    <w:basedOn w:val="Normal"/>
    <w:pPr>
      <w:spacing w:before="0" w:after="120" w:line="240" w:lineRule="auto"/>
    </w:pPr>
    <w:rPr>
      <w:rFonts w:ascii="Times New Roman" w:hAnsi="Times New Roman" w:cs="Times New Roman"/>
      <w:b/>
      <w:i w:val="0"/>
      <w:sz w:val="20"/>
    </w:rPr>
  </w:style>
  <w:style w:type="paragraph" w:customStyle="1" w:styleId="PDCAAffiliation">
    <w:name w:val="PDCA Affiliation"/>
    <w:basedOn w:val="Normal"/>
    <w:pPr>
      <w:spacing w:before="0" w:after="20" w:line="240" w:lineRule="auto"/>
    </w:pPr>
    <w:rPr>
      <w:rFonts w:ascii="Times New Roman" w:hAnsi="Times New Roman" w:cs="Times New Roman"/>
      <w:b w:val="0"/>
      <w:i w:val="0"/>
      <w:sz w:val="16"/>
    </w:rPr>
  </w:style>
  <w:style w:type="paragraph" w:customStyle="1" w:styleId="PDCACorrespondence">
    <w:name w:val="PDCA Correspondenc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16"/>
    </w:rPr>
  </w:style>
  <w:style w:type="paragraph" w:customStyle="1" w:styleId="PDCAAbstract">
    <w:name w:val="PDCA Abstract"/>
    <w:basedOn w:val="Normal"/>
    <w:pPr>
      <w:spacing w:before="0" w:after="12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Keywords">
    <w:name w:val="PDCA Keywords"/>
    <w:basedOn w:val="Normal"/>
    <w:pPr>
      <w:spacing w:before="0" w:after="20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Heading1">
    <w:name w:val="PDCA Heading1"/>
    <w:basedOn w:val="Normal"/>
    <w:pPr>
      <w:spacing w:before="200" w:after="80" w:line="240" w:lineRule="auto"/>
    </w:pPr>
    <w:rPr>
      <w:rFonts w:ascii="Times New Roman" w:hAnsi="Times New Roman" w:cs="Times New Roman"/>
      <w:b/>
      <w:i w:val="0"/>
      <w:sz w:val="24"/>
    </w:rPr>
  </w:style>
  <w:style w:type="paragraph" w:customStyle="1" w:styleId="PDCAHeading2">
    <w:name w:val="PDCA Heading2"/>
    <w:basedOn w:val="Normal"/>
    <w:pPr>
      <w:spacing w:before="160" w:after="60" w:line="240" w:lineRule="auto"/>
    </w:pPr>
    <w:rPr>
      <w:rFonts w:ascii="Times New Roman" w:hAnsi="Times New Roman" w:cs="Times New Roman"/>
      <w:b/>
      <w:i w:val="0"/>
      <w:sz w:val="22"/>
    </w:rPr>
  </w:style>
  <w:style w:type="paragraph" w:customStyle="1" w:styleId="PDCABody">
    <w:name w:val="PDCA Body"/>
    <w:basedOn w:val="Normal"/>
    <w:pPr>
      <w:spacing w:before="0" w:after="0" w:line="240" w:lineRule="auto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Caption">
    <w:name w:val="PDCA Caption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18"/>
    </w:rPr>
  </w:style>
  <w:style w:type="paragraph" w:customStyle="1" w:styleId="PDCAReference">
    <w:name w:val="PDCA Reference"/>
    <w:basedOn w:val="Normal"/>
    <w:pPr>
      <w:spacing w:before="0" w:after="40" w:line="240" w:lineRule="auto"/>
    </w:pPr>
    <w:rPr>
      <w:rFonts w:ascii="Times New Roman" w:hAnsi="Times New Roman" w:cs="Times New Roman"/>
      <w:b w:val="0"/>
      <w:i w:val="0"/>
      <w:sz w:val="17"/>
    </w:rPr>
  </w:style>
  <w:style w:type="paragraph" w:customStyle="1" w:styleId="PDCANote">
    <w:name w:val="PDCA Not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color w:val="80808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